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F293B"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SIAGS VOLUNTEER ADVOCATE APPLICATION &amp; AGREEMENT</w:t>
      </w:r>
    </w:p>
    <w:p w14:paraId="6BAD7633"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t>Thank you for your interest in volunteering with Southern Indiana Adult Guardianship Services (SIAGS). Volunteer Advocates play an important role in protecting the rights, dignity, and well-being of vulnerable adults.</w:t>
      </w:r>
    </w:p>
    <w:p w14:paraId="789C8473"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t>Please complete this application so we can learn more about you and determine whether the Volunteer Advocate role is a good fit. Information provided will be kept confidential and used for volunteer screening and placement purposes.</w:t>
      </w:r>
    </w:p>
    <w:p w14:paraId="27922EC8"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Date of Application:</w:t>
      </w:r>
      <w:r w:rsidRPr="00DF14E7">
        <w:rPr>
          <w:rFonts w:ascii="Times New Roman" w:hAnsi="Times New Roman" w:cs="Times New Roman"/>
          <w:color w:val="auto"/>
          <w:sz w:val="24"/>
          <w:szCs w:val="24"/>
        </w:rPr>
        <w:t xml:space="preserve"> __________________________________</w:t>
      </w:r>
    </w:p>
    <w:p w14:paraId="2E198400"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PART 1 – ABOUT YOU</w:t>
      </w:r>
    </w:p>
    <w:p w14:paraId="23E9C992"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Full Legal Name:</w:t>
      </w:r>
      <w:r w:rsidRPr="00DF14E7">
        <w:rPr>
          <w:rFonts w:ascii="Times New Roman" w:hAnsi="Times New Roman" w:cs="Times New Roman"/>
          <w:color w:val="auto"/>
          <w:sz w:val="24"/>
          <w:szCs w:val="24"/>
        </w:rPr>
        <w:t xml:space="preserve"> __________________________________________________</w:t>
      </w:r>
    </w:p>
    <w:p w14:paraId="5AE6AA26"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Date of Birth:</w:t>
      </w:r>
      <w:r w:rsidRPr="00DF14E7">
        <w:rPr>
          <w:rFonts w:ascii="Times New Roman" w:hAnsi="Times New Roman" w:cs="Times New Roman"/>
          <w:color w:val="auto"/>
          <w:sz w:val="24"/>
          <w:szCs w:val="24"/>
        </w:rPr>
        <w:t xml:space="preserve"> __________________________</w:t>
      </w:r>
    </w:p>
    <w:p w14:paraId="5E1A51EA"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Address:</w:t>
      </w:r>
      <w:r w:rsidRPr="00DF14E7">
        <w:rPr>
          <w:rFonts w:ascii="Times New Roman" w:hAnsi="Times New Roman" w:cs="Times New Roman"/>
          <w:color w:val="auto"/>
          <w:sz w:val="24"/>
          <w:szCs w:val="24"/>
        </w:rPr>
        <w:t xml:space="preserve"> _________________________________________________________</w:t>
      </w:r>
    </w:p>
    <w:p w14:paraId="32C55D3E"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City/State/ZIP:</w:t>
      </w:r>
      <w:r w:rsidRPr="00DF14E7">
        <w:rPr>
          <w:rFonts w:ascii="Times New Roman" w:hAnsi="Times New Roman" w:cs="Times New Roman"/>
          <w:color w:val="auto"/>
          <w:sz w:val="24"/>
          <w:szCs w:val="24"/>
        </w:rPr>
        <w:t xml:space="preserve"> ___________________________________________________</w:t>
      </w:r>
    </w:p>
    <w:p w14:paraId="5896E831"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County of Residence:</w:t>
      </w:r>
      <w:r w:rsidRPr="00DF14E7">
        <w:rPr>
          <w:rFonts w:ascii="Times New Roman" w:hAnsi="Times New Roman" w:cs="Times New Roman"/>
          <w:color w:val="auto"/>
          <w:sz w:val="24"/>
          <w:szCs w:val="24"/>
        </w:rPr>
        <w:t xml:space="preserve"> _____________________________________________</w:t>
      </w:r>
    </w:p>
    <w:p w14:paraId="30568362"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Phone:</w:t>
      </w:r>
      <w:r w:rsidRPr="00DF14E7">
        <w:rPr>
          <w:rFonts w:ascii="Times New Roman" w:hAnsi="Times New Roman" w:cs="Times New Roman"/>
          <w:color w:val="auto"/>
          <w:sz w:val="24"/>
          <w:szCs w:val="24"/>
        </w:rPr>
        <w:t xml:space="preserve"> __________________________ </w:t>
      </w:r>
      <w:r w:rsidRPr="00DF14E7">
        <w:rPr>
          <w:rFonts w:ascii="Times New Roman" w:hAnsi="Times New Roman" w:cs="Times New Roman"/>
          <w:b/>
          <w:bCs/>
          <w:color w:val="auto"/>
          <w:sz w:val="24"/>
          <w:szCs w:val="24"/>
        </w:rPr>
        <w:t>Email:</w:t>
      </w:r>
      <w:r w:rsidRPr="00DF14E7">
        <w:rPr>
          <w:rFonts w:ascii="Times New Roman" w:hAnsi="Times New Roman" w:cs="Times New Roman"/>
          <w:color w:val="auto"/>
          <w:sz w:val="24"/>
          <w:szCs w:val="24"/>
        </w:rPr>
        <w:t xml:space="preserve"> __________________________</w:t>
      </w:r>
    </w:p>
    <w:p w14:paraId="01FB0971"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Emergency Contact:</w:t>
      </w:r>
      <w:r w:rsidRPr="00DF14E7">
        <w:rPr>
          <w:rFonts w:ascii="Times New Roman" w:hAnsi="Times New Roman" w:cs="Times New Roman"/>
          <w:color w:val="auto"/>
          <w:sz w:val="24"/>
          <w:szCs w:val="24"/>
        </w:rPr>
        <w:t xml:space="preserve"> __________________________ </w:t>
      </w:r>
      <w:r w:rsidRPr="00DF14E7">
        <w:rPr>
          <w:rFonts w:ascii="Times New Roman" w:hAnsi="Times New Roman" w:cs="Times New Roman"/>
          <w:b/>
          <w:bCs/>
          <w:color w:val="auto"/>
          <w:sz w:val="24"/>
          <w:szCs w:val="24"/>
        </w:rPr>
        <w:t>Phone:</w:t>
      </w:r>
      <w:r w:rsidRPr="00DF14E7">
        <w:rPr>
          <w:rFonts w:ascii="Times New Roman" w:hAnsi="Times New Roman" w:cs="Times New Roman"/>
          <w:color w:val="auto"/>
          <w:sz w:val="24"/>
          <w:szCs w:val="24"/>
        </w:rPr>
        <w:t xml:space="preserve"> __________________</w:t>
      </w:r>
    </w:p>
    <w:p w14:paraId="16A5E86E"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How did you hear about SIAGS?</w:t>
      </w:r>
      <w:r w:rsidRPr="00DF14E7">
        <w:rPr>
          <w:rFonts w:ascii="Times New Roman" w:hAnsi="Times New Roman" w:cs="Times New Roman"/>
          <w:color w:val="auto"/>
          <w:sz w:val="24"/>
          <w:szCs w:val="24"/>
        </w:rPr>
        <w:t xml:space="preserve"> _____________________________________</w:t>
      </w:r>
    </w:p>
    <w:p w14:paraId="75D2762A"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Eligibility &amp; Transportation</w:t>
      </w:r>
    </w:p>
    <w:p w14:paraId="260C0E90"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Are you at least 21 years of age?</w:t>
      </w:r>
      <w:r w:rsidRPr="00DF14E7">
        <w:rPr>
          <w:rFonts w:ascii="Times New Roman" w:hAnsi="Times New Roman" w:cs="Times New Roman"/>
          <w:color w:val="auto"/>
          <w:sz w:val="24"/>
          <w:szCs w:val="24"/>
        </w:rPr>
        <w:t xml:space="preserve">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Yes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No</w:t>
      </w:r>
    </w:p>
    <w:p w14:paraId="379773F8"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Do you have a current, valid driver's license?</w:t>
      </w:r>
      <w:r w:rsidRPr="00DF14E7">
        <w:rPr>
          <w:rFonts w:ascii="Times New Roman" w:hAnsi="Times New Roman" w:cs="Times New Roman"/>
          <w:color w:val="auto"/>
          <w:sz w:val="24"/>
          <w:szCs w:val="24"/>
        </w:rPr>
        <w:t xml:space="preserve">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Yes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No</w:t>
      </w:r>
    </w:p>
    <w:p w14:paraId="4848B9C6"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Do you have reliable access to transportation for volunteer activities?</w:t>
      </w:r>
      <w:r w:rsidRPr="00DF14E7">
        <w:rPr>
          <w:rFonts w:ascii="Times New Roman" w:hAnsi="Times New Roman" w:cs="Times New Roman"/>
          <w:color w:val="auto"/>
          <w:sz w:val="24"/>
          <w:szCs w:val="24"/>
        </w:rPr>
        <w:t xml:space="preserve">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Yes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No</w:t>
      </w:r>
    </w:p>
    <w:p w14:paraId="290BC21D"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Do you maintain current automobile insurance, if driving for volunteer activities?</w:t>
      </w:r>
      <w:r w:rsidRPr="00DF14E7">
        <w:rPr>
          <w:rFonts w:ascii="Times New Roman" w:hAnsi="Times New Roman" w:cs="Times New Roman"/>
          <w:color w:val="auto"/>
          <w:sz w:val="24"/>
          <w:szCs w:val="24"/>
        </w:rPr>
        <w:t xml:space="preserve">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Yes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No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N/A</w:t>
      </w:r>
    </w:p>
    <w:p w14:paraId="43229C90"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Are you able to travel locally for visits with individuals served by SIAGS?</w:t>
      </w:r>
      <w:r w:rsidRPr="00DF14E7">
        <w:rPr>
          <w:rFonts w:ascii="Times New Roman" w:hAnsi="Times New Roman" w:cs="Times New Roman"/>
          <w:color w:val="auto"/>
          <w:sz w:val="24"/>
          <w:szCs w:val="24"/>
        </w:rPr>
        <w:t xml:space="preserve">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Yes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No</w:t>
      </w:r>
    </w:p>
    <w:p w14:paraId="21DD2BD6"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Counties/areas you are willing to serve:</w:t>
      </w:r>
      <w:r w:rsidRPr="00DF14E7">
        <w:rPr>
          <w:rFonts w:ascii="Times New Roman" w:hAnsi="Times New Roman" w:cs="Times New Roman"/>
          <w:color w:val="auto"/>
          <w:sz w:val="24"/>
          <w:szCs w:val="24"/>
        </w:rPr>
        <w:t xml:space="preserve"> __________________________________</w:t>
      </w:r>
    </w:p>
    <w:p w14:paraId="3CE77D52"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General availability:</w:t>
      </w:r>
    </w:p>
    <w:p w14:paraId="17BF7EB2" w14:textId="77777777" w:rsid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Weekdays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Evenings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Weekends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Flexible</w:t>
      </w:r>
    </w:p>
    <w:p w14:paraId="10DD4EE8" w14:textId="77777777" w:rsidR="00DF14E7" w:rsidRDefault="00DF14E7" w:rsidP="00DF14E7">
      <w:pPr>
        <w:rPr>
          <w:rFonts w:ascii="Times New Roman" w:hAnsi="Times New Roman" w:cs="Times New Roman"/>
          <w:color w:val="auto"/>
          <w:sz w:val="24"/>
          <w:szCs w:val="24"/>
        </w:rPr>
      </w:pPr>
    </w:p>
    <w:p w14:paraId="5C475C2B" w14:textId="77777777" w:rsidR="00DF14E7" w:rsidRPr="00DF14E7" w:rsidRDefault="00DF14E7" w:rsidP="00DF14E7">
      <w:pPr>
        <w:rPr>
          <w:rFonts w:ascii="Times New Roman" w:hAnsi="Times New Roman" w:cs="Times New Roman"/>
          <w:color w:val="auto"/>
          <w:sz w:val="24"/>
          <w:szCs w:val="24"/>
        </w:rPr>
      </w:pPr>
    </w:p>
    <w:p w14:paraId="286C2637"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lastRenderedPageBreak/>
        <w:t>PART 2 – EXPERIENCE &amp; INTEREST</w:t>
      </w:r>
    </w:p>
    <w:p w14:paraId="5802E49F"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Current Status:</w:t>
      </w:r>
    </w:p>
    <w:p w14:paraId="02097D09"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Employed Full-Time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Employed Part-Time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Retired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Student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Other</w:t>
      </w:r>
    </w:p>
    <w:p w14:paraId="410E6A82"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Employer (if applicable):</w:t>
      </w:r>
      <w:r w:rsidRPr="00DF14E7">
        <w:rPr>
          <w:rFonts w:ascii="Times New Roman" w:hAnsi="Times New Roman" w:cs="Times New Roman"/>
          <w:color w:val="auto"/>
          <w:sz w:val="24"/>
          <w:szCs w:val="24"/>
        </w:rPr>
        <w:t xml:space="preserve"> ___________________________________________</w:t>
      </w:r>
    </w:p>
    <w:p w14:paraId="6118C575"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Occupation/Job Title:</w:t>
      </w:r>
      <w:r w:rsidRPr="00DF14E7">
        <w:rPr>
          <w:rFonts w:ascii="Times New Roman" w:hAnsi="Times New Roman" w:cs="Times New Roman"/>
          <w:color w:val="auto"/>
          <w:sz w:val="24"/>
          <w:szCs w:val="24"/>
        </w:rPr>
        <w:t xml:space="preserve"> ______________________________________________</w:t>
      </w:r>
    </w:p>
    <w:p w14:paraId="0E5C0E3F"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Previous Employment / Relevant Work History</w:t>
      </w:r>
    </w:p>
    <w:p w14:paraId="7C9B3A36"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t>Please list previous employment or work experience, including employer, position, and approximate dates.</w:t>
      </w:r>
    </w:p>
    <w:p w14:paraId="6A1513B7"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Employer/Organization:</w:t>
      </w:r>
      <w:r w:rsidRPr="00DF14E7">
        <w:rPr>
          <w:rFonts w:ascii="Times New Roman" w:hAnsi="Times New Roman" w:cs="Times New Roman"/>
          <w:color w:val="auto"/>
          <w:sz w:val="24"/>
          <w:szCs w:val="24"/>
        </w:rPr>
        <w:t xml:space="preserve"> ____________________________________________</w:t>
      </w:r>
    </w:p>
    <w:p w14:paraId="45A2351D"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Position/Title:</w:t>
      </w:r>
      <w:r w:rsidRPr="00DF14E7">
        <w:rPr>
          <w:rFonts w:ascii="Times New Roman" w:hAnsi="Times New Roman" w:cs="Times New Roman"/>
          <w:color w:val="auto"/>
          <w:sz w:val="24"/>
          <w:szCs w:val="24"/>
        </w:rPr>
        <w:t xml:space="preserve"> ___________________________________________________</w:t>
      </w:r>
    </w:p>
    <w:p w14:paraId="7ADC6702"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Dates:</w:t>
      </w:r>
      <w:r w:rsidRPr="00DF14E7">
        <w:rPr>
          <w:rFonts w:ascii="Times New Roman" w:hAnsi="Times New Roman" w:cs="Times New Roman"/>
          <w:color w:val="auto"/>
          <w:sz w:val="24"/>
          <w:szCs w:val="24"/>
        </w:rPr>
        <w:t xml:space="preserve"> __________________________________________________________</w:t>
      </w:r>
    </w:p>
    <w:p w14:paraId="7468B0E2"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Employer/Organization:</w:t>
      </w:r>
      <w:r w:rsidRPr="00DF14E7">
        <w:rPr>
          <w:rFonts w:ascii="Times New Roman" w:hAnsi="Times New Roman" w:cs="Times New Roman"/>
          <w:color w:val="auto"/>
          <w:sz w:val="24"/>
          <w:szCs w:val="24"/>
        </w:rPr>
        <w:t xml:space="preserve"> ____________________________________________</w:t>
      </w:r>
    </w:p>
    <w:p w14:paraId="6F56C35D"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Position/Title:</w:t>
      </w:r>
      <w:r w:rsidRPr="00DF14E7">
        <w:rPr>
          <w:rFonts w:ascii="Times New Roman" w:hAnsi="Times New Roman" w:cs="Times New Roman"/>
          <w:color w:val="auto"/>
          <w:sz w:val="24"/>
          <w:szCs w:val="24"/>
        </w:rPr>
        <w:t xml:space="preserve"> ___________________________________________________</w:t>
      </w:r>
    </w:p>
    <w:p w14:paraId="6E91AAF6"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Dates:</w:t>
      </w:r>
      <w:r w:rsidRPr="00DF14E7">
        <w:rPr>
          <w:rFonts w:ascii="Times New Roman" w:hAnsi="Times New Roman" w:cs="Times New Roman"/>
          <w:color w:val="auto"/>
          <w:sz w:val="24"/>
          <w:szCs w:val="24"/>
        </w:rPr>
        <w:t xml:space="preserve"> __________________________________________________________</w:t>
      </w:r>
    </w:p>
    <w:p w14:paraId="65589A06"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Education, professional licenses, certifications, or specialized training:</w:t>
      </w:r>
    </w:p>
    <w:p w14:paraId="1319BF5C"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pict w14:anchorId="3BD56886">
          <v:rect id="_x0000_i1127" style="width:0;height:1.5pt" o:hralign="center" o:hrstd="t" o:hr="t" fillcolor="#a0a0a0" stroked="f"/>
        </w:pict>
      </w:r>
    </w:p>
    <w:p w14:paraId="5DCEE477"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pict w14:anchorId="0517BF84">
          <v:rect id="_x0000_i1128" style="width:0;height:1.5pt" o:hralign="center" o:hrstd="t" o:hr="t" fillcolor="#a0a0a0" stroked="f"/>
        </w:pict>
      </w:r>
    </w:p>
    <w:p w14:paraId="651FA456"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pict w14:anchorId="7B1ACE77">
          <v:rect id="_x0000_i1129" style="width:0;height:1.5pt" o:hralign="center" o:hrstd="t" o:hr="t" fillcolor="#a0a0a0" stroked="f"/>
        </w:pict>
      </w:r>
    </w:p>
    <w:p w14:paraId="09F061CB"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Please check any areas in which you have experience or training:</w:t>
      </w:r>
    </w:p>
    <w:p w14:paraId="65E46776"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Social Work / Human Services</w:t>
      </w:r>
    </w:p>
    <w:p w14:paraId="0661F4FC"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Healthcare / Nursing</w:t>
      </w:r>
    </w:p>
    <w:p w14:paraId="77001639"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Mental Health / Counseling</w:t>
      </w:r>
    </w:p>
    <w:p w14:paraId="59618F21"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Aging / Long-Term Care</w:t>
      </w:r>
    </w:p>
    <w:p w14:paraId="0EBCB9BC"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Law / Legal System</w:t>
      </w:r>
    </w:p>
    <w:p w14:paraId="792E257A"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Education</w:t>
      </w:r>
    </w:p>
    <w:p w14:paraId="7A60C4C2"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Law Enforcement / Criminal Justice</w:t>
      </w:r>
    </w:p>
    <w:p w14:paraId="6D694806"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Office / Administration</w:t>
      </w:r>
    </w:p>
    <w:p w14:paraId="7AFD10A0"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lastRenderedPageBreak/>
        <w:t>☐</w:t>
      </w:r>
      <w:r w:rsidRPr="00DF14E7">
        <w:rPr>
          <w:rFonts w:ascii="Times New Roman" w:hAnsi="Times New Roman" w:cs="Times New Roman"/>
          <w:color w:val="auto"/>
          <w:sz w:val="24"/>
          <w:szCs w:val="24"/>
        </w:rPr>
        <w:t xml:space="preserve"> Public Speaking</w:t>
      </w:r>
    </w:p>
    <w:p w14:paraId="5973D378"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Writing / Documentation</w:t>
      </w:r>
    </w:p>
    <w:p w14:paraId="4B847A7C"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Other: __________________________________________________________</w:t>
      </w:r>
    </w:p>
    <w:p w14:paraId="345BC35C"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Other languages spoken:</w:t>
      </w:r>
      <w:r w:rsidRPr="00DF14E7">
        <w:rPr>
          <w:rFonts w:ascii="Times New Roman" w:hAnsi="Times New Roman" w:cs="Times New Roman"/>
          <w:color w:val="auto"/>
          <w:sz w:val="24"/>
          <w:szCs w:val="24"/>
        </w:rPr>
        <w:t xml:space="preserve"> ___________________________________________</w:t>
      </w:r>
    </w:p>
    <w:p w14:paraId="3F6271DF"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Briefly describe any relevant volunteer or community experience:</w:t>
      </w:r>
    </w:p>
    <w:p w14:paraId="3EB73C7F"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pict w14:anchorId="4E6FAF2E">
          <v:rect id="_x0000_i1130" style="width:0;height:1.5pt" o:hralign="center" o:hrstd="t" o:hr="t" fillcolor="#a0a0a0" stroked="f"/>
        </w:pict>
      </w:r>
    </w:p>
    <w:p w14:paraId="1698AEBA"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pict w14:anchorId="2DA04C9B">
          <v:rect id="_x0000_i1131" style="width:0;height:1.5pt" o:hralign="center" o:hrstd="t" o:hr="t" fillcolor="#a0a0a0" stroked="f"/>
        </w:pict>
      </w:r>
    </w:p>
    <w:p w14:paraId="7A73E032"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pict w14:anchorId="79A7A86D">
          <v:rect id="_x0000_i1132" style="width:0;height:1.5pt" o:hralign="center" o:hrstd="t" o:hr="t" fillcolor="#a0a0a0" stroked="f"/>
        </w:pict>
      </w:r>
    </w:p>
    <w:p w14:paraId="4A6CDB12"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Why are you interested in becoming a SIAGS Volunteer Advocate, and what experiences or strengths would you bring to the role?</w:t>
      </w:r>
    </w:p>
    <w:p w14:paraId="4D1D1396"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pict w14:anchorId="2FF560CC">
          <v:rect id="_x0000_i1133" style="width:0;height:1.5pt" o:hralign="center" o:hrstd="t" o:hr="t" fillcolor="#a0a0a0" stroked="f"/>
        </w:pict>
      </w:r>
    </w:p>
    <w:p w14:paraId="6F85375C"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pict w14:anchorId="738F4E0B">
          <v:rect id="_x0000_i1134" style="width:0;height:1.5pt" o:hralign="center" o:hrstd="t" o:hr="t" fillcolor="#a0a0a0" stroked="f"/>
        </w:pict>
      </w:r>
    </w:p>
    <w:p w14:paraId="64A9A467"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pict w14:anchorId="5BB1F754">
          <v:rect id="_x0000_i1135" style="width:0;height:1.5pt" o:hralign="center" o:hrstd="t" o:hr="t" fillcolor="#a0a0a0" stroked="f"/>
        </w:pict>
      </w:r>
    </w:p>
    <w:p w14:paraId="5B14F77B"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pict w14:anchorId="556A2AC1">
          <v:rect id="_x0000_i1136" style="width:0;height:1.5pt" o:hralign="center" o:hrstd="t" o:hr="t" fillcolor="#a0a0a0" stroked="f"/>
        </w:pict>
      </w:r>
    </w:p>
    <w:p w14:paraId="4E671162"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PART 3 – BACKGROUND INFORMATION</w:t>
      </w:r>
    </w:p>
    <w:p w14:paraId="6312C56D"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t>Because Volunteer Advocates work with vulnerable adults, SIAGS conducts background and reference checks as part of its screening process.</w:t>
      </w:r>
    </w:p>
    <w:p w14:paraId="622CC4DB"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Have you ever been convicted of a misdemeanor or felony?</w:t>
      </w:r>
    </w:p>
    <w:p w14:paraId="6A88F2BA"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Yes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No</w:t>
      </w:r>
    </w:p>
    <w:p w14:paraId="22D4BC5D"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Have you ever been convicted of an offense involving abuse, neglect, exploitation, or harm to a dependent or vulnerable person?</w:t>
      </w:r>
    </w:p>
    <w:p w14:paraId="564AF9C0"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Yes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No</w:t>
      </w:r>
    </w:p>
    <w:p w14:paraId="155C1CE9"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Have you ever been charged with or convicted of DUI or reckless driving?</w:t>
      </w:r>
    </w:p>
    <w:p w14:paraId="09CDC82D"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Yes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No</w:t>
      </w:r>
    </w:p>
    <w:p w14:paraId="36851C4C"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 xml:space="preserve">Have you ever been the subject of </w:t>
      </w:r>
      <w:proofErr w:type="gramStart"/>
      <w:r w:rsidRPr="00DF14E7">
        <w:rPr>
          <w:rFonts w:ascii="Times New Roman" w:hAnsi="Times New Roman" w:cs="Times New Roman"/>
          <w:b/>
          <w:bCs/>
          <w:color w:val="auto"/>
          <w:sz w:val="24"/>
          <w:szCs w:val="24"/>
        </w:rPr>
        <w:t>a substantiated</w:t>
      </w:r>
      <w:proofErr w:type="gramEnd"/>
      <w:r w:rsidRPr="00DF14E7">
        <w:rPr>
          <w:rFonts w:ascii="Times New Roman" w:hAnsi="Times New Roman" w:cs="Times New Roman"/>
          <w:b/>
          <w:bCs/>
          <w:color w:val="auto"/>
          <w:sz w:val="24"/>
          <w:szCs w:val="24"/>
        </w:rPr>
        <w:t xml:space="preserve"> child abuse, adult protective services, or similar </w:t>
      </w:r>
      <w:proofErr w:type="gramStart"/>
      <w:r w:rsidRPr="00DF14E7">
        <w:rPr>
          <w:rFonts w:ascii="Times New Roman" w:hAnsi="Times New Roman" w:cs="Times New Roman"/>
          <w:b/>
          <w:bCs/>
          <w:color w:val="auto"/>
          <w:sz w:val="24"/>
          <w:szCs w:val="24"/>
        </w:rPr>
        <w:t>protective-services</w:t>
      </w:r>
      <w:proofErr w:type="gramEnd"/>
      <w:r w:rsidRPr="00DF14E7">
        <w:rPr>
          <w:rFonts w:ascii="Times New Roman" w:hAnsi="Times New Roman" w:cs="Times New Roman"/>
          <w:b/>
          <w:bCs/>
          <w:color w:val="auto"/>
          <w:sz w:val="24"/>
          <w:szCs w:val="24"/>
        </w:rPr>
        <w:t xml:space="preserve"> </w:t>
      </w:r>
      <w:proofErr w:type="gramStart"/>
      <w:r w:rsidRPr="00DF14E7">
        <w:rPr>
          <w:rFonts w:ascii="Times New Roman" w:hAnsi="Times New Roman" w:cs="Times New Roman"/>
          <w:b/>
          <w:bCs/>
          <w:color w:val="auto"/>
          <w:sz w:val="24"/>
          <w:szCs w:val="24"/>
        </w:rPr>
        <w:t>finding</w:t>
      </w:r>
      <w:proofErr w:type="gramEnd"/>
      <w:r w:rsidRPr="00DF14E7">
        <w:rPr>
          <w:rFonts w:ascii="Times New Roman" w:hAnsi="Times New Roman" w:cs="Times New Roman"/>
          <w:b/>
          <w:bCs/>
          <w:color w:val="auto"/>
          <w:sz w:val="24"/>
          <w:szCs w:val="24"/>
        </w:rPr>
        <w:t>?</w:t>
      </w:r>
    </w:p>
    <w:p w14:paraId="2B9B610F"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Yes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No</w:t>
      </w:r>
    </w:p>
    <w:p w14:paraId="02E740F0"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Have you ever served as a guardian or been involved as a party in a guardianship or probate matter?</w:t>
      </w:r>
    </w:p>
    <w:p w14:paraId="7CB2EB69"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lastRenderedPageBreak/>
        <w:t>☐</w:t>
      </w:r>
      <w:r w:rsidRPr="00DF14E7">
        <w:rPr>
          <w:rFonts w:ascii="Times New Roman" w:hAnsi="Times New Roman" w:cs="Times New Roman"/>
          <w:color w:val="auto"/>
          <w:sz w:val="24"/>
          <w:szCs w:val="24"/>
        </w:rPr>
        <w:t xml:space="preserve"> Yes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No</w:t>
      </w:r>
    </w:p>
    <w:p w14:paraId="76FE0C23"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Are you aware of any personal, professional, financial, or family relationship that could potentially create a conflict of interest while serving with SIAGS?</w:t>
      </w:r>
    </w:p>
    <w:p w14:paraId="0B248857"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Yes </w:t>
      </w: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No</w:t>
      </w:r>
    </w:p>
    <w:p w14:paraId="138F1B32"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If you answered Yes to any question above, please briefly explain:</w:t>
      </w:r>
    </w:p>
    <w:p w14:paraId="7412F95E"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pict w14:anchorId="64F714C3">
          <v:rect id="_x0000_i1137" style="width:0;height:1.5pt" o:hralign="center" o:hrstd="t" o:hr="t" fillcolor="#a0a0a0" stroked="f"/>
        </w:pict>
      </w:r>
    </w:p>
    <w:p w14:paraId="16F591CC"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pict w14:anchorId="75E47732">
          <v:rect id="_x0000_i1138" style="width:0;height:1.5pt" o:hralign="center" o:hrstd="t" o:hr="t" fillcolor="#a0a0a0" stroked="f"/>
        </w:pict>
      </w:r>
    </w:p>
    <w:p w14:paraId="65E70251"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pict w14:anchorId="58BDAAC1">
          <v:rect id="_x0000_i1139" style="width:0;height:1.5pt" o:hralign="center" o:hrstd="t" o:hr="t" fillcolor="#a0a0a0" stroked="f"/>
        </w:pict>
      </w:r>
    </w:p>
    <w:p w14:paraId="6A50DB01"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i/>
          <w:iCs/>
          <w:color w:val="auto"/>
          <w:sz w:val="24"/>
          <w:szCs w:val="24"/>
        </w:rPr>
        <w:t>A Yes response does not necessarily disqualify an applicant. SIAGS will consider relevant circumstances in determining suitability for volunteer service.</w:t>
      </w:r>
    </w:p>
    <w:p w14:paraId="3AEE9FB0"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PART 4 – REFERENCES</w:t>
      </w:r>
    </w:p>
    <w:p w14:paraId="6F70F31C"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t>Please provide three non-family personal or professional references who have known you for at least two years and can speak to your character and reliability.</w:t>
      </w:r>
    </w:p>
    <w:p w14:paraId="5B2B60A6"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Reference 1</w:t>
      </w:r>
    </w:p>
    <w:p w14:paraId="2A27944D"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Name:</w:t>
      </w:r>
      <w:r w:rsidRPr="00DF14E7">
        <w:rPr>
          <w:rFonts w:ascii="Times New Roman" w:hAnsi="Times New Roman" w:cs="Times New Roman"/>
          <w:color w:val="auto"/>
          <w:sz w:val="24"/>
          <w:szCs w:val="24"/>
        </w:rPr>
        <w:t xml:space="preserve"> __________________________________________________________</w:t>
      </w:r>
    </w:p>
    <w:p w14:paraId="4B711933"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Relationship:</w:t>
      </w:r>
      <w:r w:rsidRPr="00DF14E7">
        <w:rPr>
          <w:rFonts w:ascii="Times New Roman" w:hAnsi="Times New Roman" w:cs="Times New Roman"/>
          <w:color w:val="auto"/>
          <w:sz w:val="24"/>
          <w:szCs w:val="24"/>
        </w:rPr>
        <w:t xml:space="preserve"> __________________________ </w:t>
      </w:r>
      <w:r w:rsidRPr="00DF14E7">
        <w:rPr>
          <w:rFonts w:ascii="Times New Roman" w:hAnsi="Times New Roman" w:cs="Times New Roman"/>
          <w:b/>
          <w:bCs/>
          <w:color w:val="auto"/>
          <w:sz w:val="24"/>
          <w:szCs w:val="24"/>
        </w:rPr>
        <w:t>Years Known:</w:t>
      </w:r>
      <w:r w:rsidRPr="00DF14E7">
        <w:rPr>
          <w:rFonts w:ascii="Times New Roman" w:hAnsi="Times New Roman" w:cs="Times New Roman"/>
          <w:color w:val="auto"/>
          <w:sz w:val="24"/>
          <w:szCs w:val="24"/>
        </w:rPr>
        <w:t xml:space="preserve"> ______________</w:t>
      </w:r>
    </w:p>
    <w:p w14:paraId="4CE0A174" w14:textId="77777777" w:rsidR="00DF14E7" w:rsidRPr="00DF14E7" w:rsidRDefault="00DF14E7" w:rsidP="00DF14E7">
      <w:pPr>
        <w:rPr>
          <w:rFonts w:ascii="Times New Roman" w:hAnsi="Times New Roman" w:cs="Times New Roman"/>
          <w:color w:val="auto"/>
          <w:sz w:val="24"/>
          <w:szCs w:val="24"/>
        </w:rPr>
      </w:pPr>
      <w:proofErr w:type="gramStart"/>
      <w:r w:rsidRPr="00DF14E7">
        <w:rPr>
          <w:rFonts w:ascii="Times New Roman" w:hAnsi="Times New Roman" w:cs="Times New Roman"/>
          <w:b/>
          <w:bCs/>
          <w:color w:val="auto"/>
          <w:sz w:val="24"/>
          <w:szCs w:val="24"/>
        </w:rPr>
        <w:t>Phone:</w:t>
      </w:r>
      <w:r w:rsidRPr="00DF14E7">
        <w:rPr>
          <w:rFonts w:ascii="Times New Roman" w:hAnsi="Times New Roman" w:cs="Times New Roman"/>
          <w:color w:val="auto"/>
          <w:sz w:val="24"/>
          <w:szCs w:val="24"/>
        </w:rPr>
        <w:t xml:space="preserve"> _</w:t>
      </w:r>
      <w:proofErr w:type="gramEnd"/>
      <w:r w:rsidRPr="00DF14E7">
        <w:rPr>
          <w:rFonts w:ascii="Times New Roman" w:hAnsi="Times New Roman" w:cs="Times New Roman"/>
          <w:color w:val="auto"/>
          <w:sz w:val="24"/>
          <w:szCs w:val="24"/>
        </w:rPr>
        <w:t xml:space="preserve">_________________________ </w:t>
      </w:r>
      <w:r w:rsidRPr="00DF14E7">
        <w:rPr>
          <w:rFonts w:ascii="Times New Roman" w:hAnsi="Times New Roman" w:cs="Times New Roman"/>
          <w:b/>
          <w:bCs/>
          <w:color w:val="auto"/>
          <w:sz w:val="24"/>
          <w:szCs w:val="24"/>
        </w:rPr>
        <w:t>Email:</w:t>
      </w:r>
      <w:r w:rsidRPr="00DF14E7">
        <w:rPr>
          <w:rFonts w:ascii="Times New Roman" w:hAnsi="Times New Roman" w:cs="Times New Roman"/>
          <w:color w:val="auto"/>
          <w:sz w:val="24"/>
          <w:szCs w:val="24"/>
        </w:rPr>
        <w:t xml:space="preserve"> ________________________</w:t>
      </w:r>
    </w:p>
    <w:p w14:paraId="609EB681"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Reference 2</w:t>
      </w:r>
    </w:p>
    <w:p w14:paraId="43CC6B20"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Name:</w:t>
      </w:r>
      <w:r w:rsidRPr="00DF14E7">
        <w:rPr>
          <w:rFonts w:ascii="Times New Roman" w:hAnsi="Times New Roman" w:cs="Times New Roman"/>
          <w:color w:val="auto"/>
          <w:sz w:val="24"/>
          <w:szCs w:val="24"/>
        </w:rPr>
        <w:t xml:space="preserve"> __________________________________________________________</w:t>
      </w:r>
    </w:p>
    <w:p w14:paraId="1436728F"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Relationship:</w:t>
      </w:r>
      <w:r w:rsidRPr="00DF14E7">
        <w:rPr>
          <w:rFonts w:ascii="Times New Roman" w:hAnsi="Times New Roman" w:cs="Times New Roman"/>
          <w:color w:val="auto"/>
          <w:sz w:val="24"/>
          <w:szCs w:val="24"/>
        </w:rPr>
        <w:t xml:space="preserve"> __________________________ </w:t>
      </w:r>
      <w:r w:rsidRPr="00DF14E7">
        <w:rPr>
          <w:rFonts w:ascii="Times New Roman" w:hAnsi="Times New Roman" w:cs="Times New Roman"/>
          <w:b/>
          <w:bCs/>
          <w:color w:val="auto"/>
          <w:sz w:val="24"/>
          <w:szCs w:val="24"/>
        </w:rPr>
        <w:t>Years Known:</w:t>
      </w:r>
      <w:r w:rsidRPr="00DF14E7">
        <w:rPr>
          <w:rFonts w:ascii="Times New Roman" w:hAnsi="Times New Roman" w:cs="Times New Roman"/>
          <w:color w:val="auto"/>
          <w:sz w:val="24"/>
          <w:szCs w:val="24"/>
        </w:rPr>
        <w:t xml:space="preserve"> ______________</w:t>
      </w:r>
    </w:p>
    <w:p w14:paraId="07D599D1" w14:textId="77777777" w:rsidR="00DF14E7" w:rsidRPr="00DF14E7" w:rsidRDefault="00DF14E7" w:rsidP="00DF14E7">
      <w:pPr>
        <w:rPr>
          <w:rFonts w:ascii="Times New Roman" w:hAnsi="Times New Roman" w:cs="Times New Roman"/>
          <w:color w:val="auto"/>
          <w:sz w:val="24"/>
          <w:szCs w:val="24"/>
        </w:rPr>
      </w:pPr>
      <w:proofErr w:type="gramStart"/>
      <w:r w:rsidRPr="00DF14E7">
        <w:rPr>
          <w:rFonts w:ascii="Times New Roman" w:hAnsi="Times New Roman" w:cs="Times New Roman"/>
          <w:b/>
          <w:bCs/>
          <w:color w:val="auto"/>
          <w:sz w:val="24"/>
          <w:szCs w:val="24"/>
        </w:rPr>
        <w:t>Phone:</w:t>
      </w:r>
      <w:r w:rsidRPr="00DF14E7">
        <w:rPr>
          <w:rFonts w:ascii="Times New Roman" w:hAnsi="Times New Roman" w:cs="Times New Roman"/>
          <w:color w:val="auto"/>
          <w:sz w:val="24"/>
          <w:szCs w:val="24"/>
        </w:rPr>
        <w:t xml:space="preserve"> _</w:t>
      </w:r>
      <w:proofErr w:type="gramEnd"/>
      <w:r w:rsidRPr="00DF14E7">
        <w:rPr>
          <w:rFonts w:ascii="Times New Roman" w:hAnsi="Times New Roman" w:cs="Times New Roman"/>
          <w:color w:val="auto"/>
          <w:sz w:val="24"/>
          <w:szCs w:val="24"/>
        </w:rPr>
        <w:t xml:space="preserve">_________________________ </w:t>
      </w:r>
      <w:r w:rsidRPr="00DF14E7">
        <w:rPr>
          <w:rFonts w:ascii="Times New Roman" w:hAnsi="Times New Roman" w:cs="Times New Roman"/>
          <w:b/>
          <w:bCs/>
          <w:color w:val="auto"/>
          <w:sz w:val="24"/>
          <w:szCs w:val="24"/>
        </w:rPr>
        <w:t>Email:</w:t>
      </w:r>
      <w:r w:rsidRPr="00DF14E7">
        <w:rPr>
          <w:rFonts w:ascii="Times New Roman" w:hAnsi="Times New Roman" w:cs="Times New Roman"/>
          <w:color w:val="auto"/>
          <w:sz w:val="24"/>
          <w:szCs w:val="24"/>
        </w:rPr>
        <w:t xml:space="preserve"> ________________________</w:t>
      </w:r>
    </w:p>
    <w:p w14:paraId="287A8D71"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Reference 3</w:t>
      </w:r>
    </w:p>
    <w:p w14:paraId="0090E978"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Name:</w:t>
      </w:r>
      <w:r w:rsidRPr="00DF14E7">
        <w:rPr>
          <w:rFonts w:ascii="Times New Roman" w:hAnsi="Times New Roman" w:cs="Times New Roman"/>
          <w:color w:val="auto"/>
          <w:sz w:val="24"/>
          <w:szCs w:val="24"/>
        </w:rPr>
        <w:t xml:space="preserve"> __________________________________________________________</w:t>
      </w:r>
    </w:p>
    <w:p w14:paraId="525943A9"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Relationship:</w:t>
      </w:r>
      <w:r w:rsidRPr="00DF14E7">
        <w:rPr>
          <w:rFonts w:ascii="Times New Roman" w:hAnsi="Times New Roman" w:cs="Times New Roman"/>
          <w:color w:val="auto"/>
          <w:sz w:val="24"/>
          <w:szCs w:val="24"/>
        </w:rPr>
        <w:t xml:space="preserve"> __________________________ </w:t>
      </w:r>
      <w:r w:rsidRPr="00DF14E7">
        <w:rPr>
          <w:rFonts w:ascii="Times New Roman" w:hAnsi="Times New Roman" w:cs="Times New Roman"/>
          <w:b/>
          <w:bCs/>
          <w:color w:val="auto"/>
          <w:sz w:val="24"/>
          <w:szCs w:val="24"/>
        </w:rPr>
        <w:t>Years Known:</w:t>
      </w:r>
      <w:r w:rsidRPr="00DF14E7">
        <w:rPr>
          <w:rFonts w:ascii="Times New Roman" w:hAnsi="Times New Roman" w:cs="Times New Roman"/>
          <w:color w:val="auto"/>
          <w:sz w:val="24"/>
          <w:szCs w:val="24"/>
        </w:rPr>
        <w:t xml:space="preserve"> ______________</w:t>
      </w:r>
    </w:p>
    <w:p w14:paraId="45858489" w14:textId="77777777" w:rsidR="00DF14E7" w:rsidRPr="00DF14E7" w:rsidRDefault="00DF14E7" w:rsidP="00DF14E7">
      <w:pPr>
        <w:rPr>
          <w:rFonts w:ascii="Times New Roman" w:hAnsi="Times New Roman" w:cs="Times New Roman"/>
          <w:color w:val="auto"/>
          <w:sz w:val="24"/>
          <w:szCs w:val="24"/>
        </w:rPr>
      </w:pPr>
      <w:proofErr w:type="gramStart"/>
      <w:r w:rsidRPr="00DF14E7">
        <w:rPr>
          <w:rFonts w:ascii="Times New Roman" w:hAnsi="Times New Roman" w:cs="Times New Roman"/>
          <w:b/>
          <w:bCs/>
          <w:color w:val="auto"/>
          <w:sz w:val="24"/>
          <w:szCs w:val="24"/>
        </w:rPr>
        <w:t>Phone:</w:t>
      </w:r>
      <w:r w:rsidRPr="00DF14E7">
        <w:rPr>
          <w:rFonts w:ascii="Times New Roman" w:hAnsi="Times New Roman" w:cs="Times New Roman"/>
          <w:color w:val="auto"/>
          <w:sz w:val="24"/>
          <w:szCs w:val="24"/>
        </w:rPr>
        <w:t xml:space="preserve"> _</w:t>
      </w:r>
      <w:proofErr w:type="gramEnd"/>
      <w:r w:rsidRPr="00DF14E7">
        <w:rPr>
          <w:rFonts w:ascii="Times New Roman" w:hAnsi="Times New Roman" w:cs="Times New Roman"/>
          <w:color w:val="auto"/>
          <w:sz w:val="24"/>
          <w:szCs w:val="24"/>
        </w:rPr>
        <w:t xml:space="preserve">_________________________ </w:t>
      </w:r>
      <w:r w:rsidRPr="00DF14E7">
        <w:rPr>
          <w:rFonts w:ascii="Times New Roman" w:hAnsi="Times New Roman" w:cs="Times New Roman"/>
          <w:b/>
          <w:bCs/>
          <w:color w:val="auto"/>
          <w:sz w:val="24"/>
          <w:szCs w:val="24"/>
        </w:rPr>
        <w:t>Email:</w:t>
      </w:r>
      <w:r w:rsidRPr="00DF14E7">
        <w:rPr>
          <w:rFonts w:ascii="Times New Roman" w:hAnsi="Times New Roman" w:cs="Times New Roman"/>
          <w:color w:val="auto"/>
          <w:sz w:val="24"/>
          <w:szCs w:val="24"/>
        </w:rPr>
        <w:t xml:space="preserve"> ________________________</w:t>
      </w:r>
    </w:p>
    <w:p w14:paraId="2E3A4E6B"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PART 5 – VOLUNTEER AGREEMENT</w:t>
      </w:r>
    </w:p>
    <w:p w14:paraId="0DDF1FC3"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Background &amp; Reference Authorization</w:t>
      </w:r>
    </w:p>
    <w:p w14:paraId="43D23ADB"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t xml:space="preserve">I certify that the information provided in this application is true and complete to the best of my knowledge. I authorize Southern Indiana Adult Guardianship Services (SIAGS) to contact the </w:t>
      </w:r>
      <w:r w:rsidRPr="00DF14E7">
        <w:rPr>
          <w:rFonts w:ascii="Times New Roman" w:hAnsi="Times New Roman" w:cs="Times New Roman"/>
          <w:color w:val="auto"/>
          <w:sz w:val="24"/>
          <w:szCs w:val="24"/>
        </w:rPr>
        <w:lastRenderedPageBreak/>
        <w:t xml:space="preserve">references listed above and conduct appropriate background and eligibility screenings necessary to determine my suitability for volunteer service, including criminal history and other screenings required by the Indiana Adult Guardianship Office and its </w:t>
      </w:r>
      <w:proofErr w:type="spellStart"/>
      <w:r w:rsidRPr="00DF14E7">
        <w:rPr>
          <w:rFonts w:ascii="Times New Roman" w:hAnsi="Times New Roman" w:cs="Times New Roman"/>
          <w:color w:val="auto"/>
          <w:sz w:val="24"/>
          <w:szCs w:val="24"/>
        </w:rPr>
        <w:t>SafeHiring</w:t>
      </w:r>
      <w:proofErr w:type="spellEnd"/>
      <w:r w:rsidRPr="00DF14E7">
        <w:rPr>
          <w:rFonts w:ascii="Times New Roman" w:hAnsi="Times New Roman" w:cs="Times New Roman"/>
          <w:color w:val="auto"/>
          <w:sz w:val="24"/>
          <w:szCs w:val="24"/>
        </w:rPr>
        <w:t xml:space="preserve"> process. I understand that additional authorization or identification may be required to complete these screenings.</w:t>
      </w:r>
    </w:p>
    <w:p w14:paraId="7328B42E"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Confidentiality</w:t>
      </w:r>
    </w:p>
    <w:p w14:paraId="7B9533A1"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t>I understand that I may have access to confidential and sensitive information concerning individuals served by SIAGS. I agree to maintain the confidentiality of information obtained through my volunteer service, to disclose information only as necessary and legally permitted in carrying out my volunteer responsibilities, and to never use confidential information for personal benefit. I understand that my responsibility to protect confidential information continues after my volunteer service ends.</w:t>
      </w:r>
    </w:p>
    <w:p w14:paraId="25EAAF7C"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Conflict of Interest</w:t>
      </w:r>
    </w:p>
    <w:p w14:paraId="375AF599"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t>I agree to avoid actual or perceived conflicts of interest, promptly disclose potential conflicts to SIAGS, not financially benefit from my role as a Volunteer Advocate, and not accept gifts, loans, or favors from individuals under guardianship or related parties. I understand that SIAGS may reassign or remove a volunteer when necessary to address a conflict of interest.</w:t>
      </w:r>
    </w:p>
    <w:p w14:paraId="378CC859"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Volunteer Status &amp; Commitment</w:t>
      </w:r>
    </w:p>
    <w:p w14:paraId="2EEEC909"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t>I understand that my role with SIAGS is voluntary and that I will not receive compensation, wages, or employment benefits. Following successful completion of required screening and training, I agree to make a good-faith effort to serve for at least one year. If I am unable to continue serving, I agree to notify SIAGS as soon as reasonably possible.</w:t>
      </w:r>
    </w:p>
    <w:p w14:paraId="19A33BC8"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t>I understand that SIAGS is the court-appointed guardian and that Volunteer Advocates serve under the direction and supervision of SIAGS. I agree to follow SIAGS policies, procedures, training, professional boundaries, and staff direction while serving as a Volunteer Advocate.</w:t>
      </w:r>
    </w:p>
    <w:p w14:paraId="26393582"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Release &amp; Waiver of Liability</w:t>
      </w:r>
    </w:p>
    <w:p w14:paraId="7BC68B7F"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t>I understand that volunteering with SIAGS may involve inherent risks, including travel, interactions with vulnerable adults, visits to care settings, and participation in guardianship or court-related activities. I voluntarily assume the ordinary risks associated with my volunteer activities.</w:t>
      </w:r>
    </w:p>
    <w:p w14:paraId="0AE28E16"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t xml:space="preserve">To the extent permitted by law, I release, waive, discharge, and hold harmless Southern Indiana Adult Guardianship Services, The Solutions Center, Inc., and their officers, directors, employees, agents, and volunteers from claims or liabilities arising out of or related to my volunteer service, except </w:t>
      </w:r>
      <w:proofErr w:type="gramStart"/>
      <w:r w:rsidRPr="00DF14E7">
        <w:rPr>
          <w:rFonts w:ascii="Times New Roman" w:hAnsi="Times New Roman" w:cs="Times New Roman"/>
          <w:color w:val="auto"/>
          <w:sz w:val="24"/>
          <w:szCs w:val="24"/>
        </w:rPr>
        <w:t>where</w:t>
      </w:r>
      <w:proofErr w:type="gramEnd"/>
      <w:r w:rsidRPr="00DF14E7">
        <w:rPr>
          <w:rFonts w:ascii="Times New Roman" w:hAnsi="Times New Roman" w:cs="Times New Roman"/>
          <w:color w:val="auto"/>
          <w:sz w:val="24"/>
          <w:szCs w:val="24"/>
        </w:rPr>
        <w:t xml:space="preserve"> caused by gross negligence or willful misconduct or as otherwise prohibited by law.</w:t>
      </w:r>
    </w:p>
    <w:p w14:paraId="30719AB7" w14:textId="77777777" w:rsid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t>I understand that SIAGS does not provide medical, health, disability, or liability insurance coverage for volunteers and that I am responsible for maintaining any applicable personal insurance coverage.</w:t>
      </w:r>
    </w:p>
    <w:p w14:paraId="18A2B419" w14:textId="77777777" w:rsidR="00DF14E7" w:rsidRPr="00DF14E7" w:rsidRDefault="00DF14E7" w:rsidP="00DF14E7">
      <w:pPr>
        <w:rPr>
          <w:rFonts w:ascii="Times New Roman" w:hAnsi="Times New Roman" w:cs="Times New Roman"/>
          <w:color w:val="auto"/>
          <w:sz w:val="24"/>
          <w:szCs w:val="24"/>
        </w:rPr>
      </w:pPr>
    </w:p>
    <w:p w14:paraId="11492537"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lastRenderedPageBreak/>
        <w:t>APPLICANT AFFIRMATION</w:t>
      </w:r>
    </w:p>
    <w:p w14:paraId="3E257470"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t>By signing below, I certify that I have provided true and complete information and acknowledge that I have read, understand, authorize, and agree to the provisions contained in this application, including the Background &amp; Reference Authorization, Confidentiality Agreement, Conflict of Interest Agreement, Volunteer Status &amp; Commitment, and Release &amp; Waiver of Liability.</w:t>
      </w:r>
    </w:p>
    <w:p w14:paraId="3DF0D523"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Applicant Printed Name:</w:t>
      </w:r>
      <w:r w:rsidRPr="00DF14E7">
        <w:rPr>
          <w:rFonts w:ascii="Times New Roman" w:hAnsi="Times New Roman" w:cs="Times New Roman"/>
          <w:color w:val="auto"/>
          <w:sz w:val="24"/>
          <w:szCs w:val="24"/>
        </w:rPr>
        <w:t xml:space="preserve"> ___________________________________________</w:t>
      </w:r>
    </w:p>
    <w:p w14:paraId="5B2D817F"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Applicant Signature:</w:t>
      </w:r>
      <w:r w:rsidRPr="00DF14E7">
        <w:rPr>
          <w:rFonts w:ascii="Times New Roman" w:hAnsi="Times New Roman" w:cs="Times New Roman"/>
          <w:color w:val="auto"/>
          <w:sz w:val="24"/>
          <w:szCs w:val="24"/>
        </w:rPr>
        <w:t xml:space="preserve"> ______________________________________________</w:t>
      </w:r>
    </w:p>
    <w:p w14:paraId="7BCDC08C"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Date:</w:t>
      </w:r>
      <w:r w:rsidRPr="00DF14E7">
        <w:rPr>
          <w:rFonts w:ascii="Times New Roman" w:hAnsi="Times New Roman" w:cs="Times New Roman"/>
          <w:color w:val="auto"/>
          <w:sz w:val="24"/>
          <w:szCs w:val="24"/>
        </w:rPr>
        <w:t xml:space="preserve"> __________________________</w:t>
      </w:r>
    </w:p>
    <w:p w14:paraId="1F60ABC7"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OPTIONAL PHOTO &amp; MEDIA CONSENT</w:t>
      </w:r>
    </w:p>
    <w:p w14:paraId="5AAAC0F1"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t>Southern Indiana Adult Guardianship Services (SIAGS) occasionally uses photographs and videos of volunteers for community awareness, volunteer recruitment, and program-related activities.</w:t>
      </w:r>
    </w:p>
    <w:p w14:paraId="63B8BA9C"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Please select one:</w:t>
      </w:r>
    </w:p>
    <w:p w14:paraId="40DBE370"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w:t>
      </w:r>
      <w:r w:rsidRPr="00DF14E7">
        <w:rPr>
          <w:rFonts w:ascii="Times New Roman" w:hAnsi="Times New Roman" w:cs="Times New Roman"/>
          <w:b/>
          <w:bCs/>
          <w:color w:val="auto"/>
          <w:sz w:val="24"/>
          <w:szCs w:val="24"/>
        </w:rPr>
        <w:t>I consent</w:t>
      </w:r>
      <w:r w:rsidRPr="00DF14E7">
        <w:rPr>
          <w:rFonts w:ascii="Times New Roman" w:hAnsi="Times New Roman" w:cs="Times New Roman"/>
          <w:color w:val="auto"/>
          <w:sz w:val="24"/>
          <w:szCs w:val="24"/>
        </w:rPr>
        <w:t xml:space="preserve"> to SIAGS photographing or recording me and using my image or likeness in program-related materials, including the SIAGS website, social media, brochures, newsletters, presentations, and other promotional materials.</w:t>
      </w:r>
    </w:p>
    <w:p w14:paraId="4EB127B0" w14:textId="77777777" w:rsidR="00DF14E7" w:rsidRPr="00DF14E7" w:rsidRDefault="00DF14E7" w:rsidP="00DF14E7">
      <w:pPr>
        <w:rPr>
          <w:rFonts w:ascii="Times New Roman" w:hAnsi="Times New Roman" w:cs="Times New Roman"/>
          <w:color w:val="auto"/>
          <w:sz w:val="24"/>
          <w:szCs w:val="24"/>
        </w:rPr>
      </w:pPr>
      <w:r w:rsidRPr="00DF14E7">
        <w:rPr>
          <w:rFonts w:ascii="Segoe UI Symbol" w:hAnsi="Segoe UI Symbol" w:cs="Segoe UI Symbol"/>
          <w:color w:val="auto"/>
          <w:sz w:val="24"/>
          <w:szCs w:val="24"/>
        </w:rPr>
        <w:t>☐</w:t>
      </w:r>
      <w:r w:rsidRPr="00DF14E7">
        <w:rPr>
          <w:rFonts w:ascii="Times New Roman" w:hAnsi="Times New Roman" w:cs="Times New Roman"/>
          <w:color w:val="auto"/>
          <w:sz w:val="24"/>
          <w:szCs w:val="24"/>
        </w:rPr>
        <w:t xml:space="preserve"> </w:t>
      </w:r>
      <w:r w:rsidRPr="00DF14E7">
        <w:rPr>
          <w:rFonts w:ascii="Times New Roman" w:hAnsi="Times New Roman" w:cs="Times New Roman"/>
          <w:b/>
          <w:bCs/>
          <w:color w:val="auto"/>
          <w:sz w:val="24"/>
          <w:szCs w:val="24"/>
        </w:rPr>
        <w:t>I do not consent</w:t>
      </w:r>
      <w:r w:rsidRPr="00DF14E7">
        <w:rPr>
          <w:rFonts w:ascii="Times New Roman" w:hAnsi="Times New Roman" w:cs="Times New Roman"/>
          <w:color w:val="auto"/>
          <w:sz w:val="24"/>
          <w:szCs w:val="24"/>
        </w:rPr>
        <w:t xml:space="preserve"> to the use of my photograph or likeness for these purposes.</w:t>
      </w:r>
    </w:p>
    <w:p w14:paraId="7D4C6945"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color w:val="auto"/>
          <w:sz w:val="24"/>
          <w:szCs w:val="24"/>
        </w:rPr>
        <w:t>I understand that my decision is voluntary and will not affect my eligibility or standing as a SIAGS volunteer. I may withdraw my consent for future use by notifying SIAGS in writing. Withdrawal will not apply to materials already published or distributed.</w:t>
      </w:r>
    </w:p>
    <w:p w14:paraId="776F7034"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Volunteer Printed Name:</w:t>
      </w:r>
      <w:r w:rsidRPr="00DF14E7">
        <w:rPr>
          <w:rFonts w:ascii="Times New Roman" w:hAnsi="Times New Roman" w:cs="Times New Roman"/>
          <w:color w:val="auto"/>
          <w:sz w:val="24"/>
          <w:szCs w:val="24"/>
        </w:rPr>
        <w:t xml:space="preserve"> ___________________________________________</w:t>
      </w:r>
    </w:p>
    <w:p w14:paraId="093069B7"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Volunteer Signature:</w:t>
      </w:r>
      <w:r w:rsidRPr="00DF14E7">
        <w:rPr>
          <w:rFonts w:ascii="Times New Roman" w:hAnsi="Times New Roman" w:cs="Times New Roman"/>
          <w:color w:val="auto"/>
          <w:sz w:val="24"/>
          <w:szCs w:val="24"/>
        </w:rPr>
        <w:t xml:space="preserve"> ______________________________________________</w:t>
      </w:r>
    </w:p>
    <w:p w14:paraId="21543779" w14:textId="77777777" w:rsid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Date:</w:t>
      </w:r>
      <w:r w:rsidRPr="00DF14E7">
        <w:rPr>
          <w:rFonts w:ascii="Times New Roman" w:hAnsi="Times New Roman" w:cs="Times New Roman"/>
          <w:color w:val="auto"/>
          <w:sz w:val="24"/>
          <w:szCs w:val="24"/>
        </w:rPr>
        <w:t xml:space="preserve"> __________________________</w:t>
      </w:r>
    </w:p>
    <w:p w14:paraId="22ADF1B9" w14:textId="77777777" w:rsidR="006B44FE" w:rsidRPr="00DF14E7" w:rsidRDefault="006B44FE" w:rsidP="00DF14E7">
      <w:pPr>
        <w:rPr>
          <w:rFonts w:ascii="Times New Roman" w:hAnsi="Times New Roman" w:cs="Times New Roman"/>
          <w:color w:val="auto"/>
          <w:sz w:val="24"/>
          <w:szCs w:val="24"/>
        </w:rPr>
      </w:pPr>
    </w:p>
    <w:p w14:paraId="45FF1376" w14:textId="77777777" w:rsidR="00DF14E7" w:rsidRPr="00DF14E7" w:rsidRDefault="00DF14E7" w:rsidP="00DF14E7">
      <w:pPr>
        <w:rPr>
          <w:rFonts w:ascii="Times New Roman" w:hAnsi="Times New Roman" w:cs="Times New Roman"/>
          <w:b/>
          <w:bCs/>
          <w:color w:val="auto"/>
          <w:sz w:val="24"/>
          <w:szCs w:val="24"/>
        </w:rPr>
      </w:pPr>
      <w:r w:rsidRPr="00DF14E7">
        <w:rPr>
          <w:rFonts w:ascii="Times New Roman" w:hAnsi="Times New Roman" w:cs="Times New Roman"/>
          <w:b/>
          <w:bCs/>
          <w:color w:val="auto"/>
          <w:sz w:val="24"/>
          <w:szCs w:val="24"/>
        </w:rPr>
        <w:t>PLEASE RETURN TO:</w:t>
      </w:r>
    </w:p>
    <w:p w14:paraId="659A67B0" w14:textId="77777777" w:rsidR="00DF14E7" w:rsidRPr="00DF14E7" w:rsidRDefault="00DF14E7" w:rsidP="00DF14E7">
      <w:pPr>
        <w:rPr>
          <w:rFonts w:ascii="Times New Roman" w:hAnsi="Times New Roman" w:cs="Times New Roman"/>
          <w:color w:val="auto"/>
          <w:sz w:val="24"/>
          <w:szCs w:val="24"/>
        </w:rPr>
      </w:pPr>
      <w:r w:rsidRPr="00DF14E7">
        <w:rPr>
          <w:rFonts w:ascii="Times New Roman" w:hAnsi="Times New Roman" w:cs="Times New Roman"/>
          <w:b/>
          <w:bCs/>
          <w:color w:val="auto"/>
          <w:sz w:val="24"/>
          <w:szCs w:val="24"/>
        </w:rPr>
        <w:t>Southern Indiana Adult Guardianship Services</w:t>
      </w:r>
      <w:r w:rsidRPr="00DF14E7">
        <w:rPr>
          <w:rFonts w:ascii="Times New Roman" w:hAnsi="Times New Roman" w:cs="Times New Roman"/>
          <w:color w:val="auto"/>
          <w:sz w:val="24"/>
          <w:szCs w:val="24"/>
        </w:rPr>
        <w:br/>
        <w:t>1500 W. Main Street</w:t>
      </w:r>
      <w:r w:rsidRPr="00DF14E7">
        <w:rPr>
          <w:rFonts w:ascii="Times New Roman" w:hAnsi="Times New Roman" w:cs="Times New Roman"/>
          <w:color w:val="auto"/>
          <w:sz w:val="24"/>
          <w:szCs w:val="24"/>
        </w:rPr>
        <w:br/>
        <w:t>Mitchell, IN 47446</w:t>
      </w:r>
      <w:r w:rsidRPr="00DF14E7">
        <w:rPr>
          <w:rFonts w:ascii="Times New Roman" w:hAnsi="Times New Roman" w:cs="Times New Roman"/>
          <w:color w:val="auto"/>
          <w:sz w:val="24"/>
          <w:szCs w:val="24"/>
        </w:rPr>
        <w:br/>
      </w:r>
      <w:hyperlink r:id="rId8" w:history="1">
        <w:r w:rsidRPr="00DF14E7">
          <w:rPr>
            <w:rStyle w:val="Hyperlink"/>
            <w:rFonts w:ascii="Times New Roman" w:hAnsi="Times New Roman" w:cs="Times New Roman"/>
            <w:sz w:val="24"/>
            <w:szCs w:val="24"/>
          </w:rPr>
          <w:t>sarah@siags.net</w:t>
        </w:r>
      </w:hyperlink>
      <w:r w:rsidRPr="00DF14E7">
        <w:rPr>
          <w:rFonts w:ascii="Times New Roman" w:hAnsi="Times New Roman" w:cs="Times New Roman"/>
          <w:color w:val="auto"/>
          <w:sz w:val="24"/>
          <w:szCs w:val="24"/>
        </w:rPr>
        <w:br/>
        <w:t>(812) 675-4166</w:t>
      </w:r>
    </w:p>
    <w:p w14:paraId="51A0FC67" w14:textId="70CD18AB" w:rsidR="00EC20AF" w:rsidRPr="00DF14E7" w:rsidRDefault="00EC20AF" w:rsidP="00BF44DE">
      <w:pPr>
        <w:rPr>
          <w:rFonts w:ascii="Times New Roman" w:hAnsi="Times New Roman" w:cs="Times New Roman"/>
          <w:color w:val="auto"/>
          <w:sz w:val="24"/>
          <w:szCs w:val="24"/>
        </w:rPr>
      </w:pPr>
    </w:p>
    <w:sectPr w:rsidR="00EC20AF" w:rsidRPr="00DF14E7" w:rsidSect="00034616">
      <w:headerReference w:type="default" r:id="rId9"/>
      <w:footerReference w:type="default" r:id="rId10"/>
      <w:pgSz w:w="12240" w:h="15840"/>
      <w:pgMar w:top="792" w:right="1152" w:bottom="893" w:left="1152" w:header="259"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9F58A" w14:textId="77777777" w:rsidR="00435855" w:rsidRDefault="00435855">
      <w:pPr>
        <w:spacing w:after="0" w:line="240" w:lineRule="auto"/>
      </w:pPr>
      <w:r>
        <w:separator/>
      </w:r>
    </w:p>
  </w:endnote>
  <w:endnote w:type="continuationSeparator" w:id="0">
    <w:p w14:paraId="76F09A92" w14:textId="77777777" w:rsidR="00435855" w:rsidRDefault="00435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97745" w14:textId="77777777" w:rsidR="00EC20AF" w:rsidRDefault="0032584B">
    <w:pPr>
      <w:pStyle w:val="Footer"/>
      <w:pBdr>
        <w:top w:val="single" w:sz="18" w:space="4" w:color="001A70"/>
      </w:pBdr>
      <w:spacing w:after="80"/>
      <w:jc w:val="center"/>
    </w:pPr>
    <w:r>
      <w:rPr>
        <w:b/>
        <w:color w:val="001A70"/>
        <w:sz w:val="17"/>
      </w:rPr>
      <w:t>A VOLUNTEER ADVOCATES FOR SENIOR &amp; INCAPACITATED ADULTS (VASIA) PROGRAM</w:t>
    </w:r>
  </w:p>
  <w:p w14:paraId="65816A1B" w14:textId="77777777" w:rsidR="00EC20AF" w:rsidRDefault="0032584B">
    <w:pPr>
      <w:spacing w:before="20" w:after="0"/>
      <w:jc w:val="center"/>
    </w:pPr>
    <w:r>
      <w:rPr>
        <w:color w:val="001A70"/>
        <w:sz w:val="17"/>
      </w:rPr>
      <w:t>ETHICAL GUARDIANSHIP</w:t>
    </w:r>
    <w:r>
      <w:rPr>
        <w:color w:val="D4AF37"/>
        <w:sz w:val="17"/>
      </w:rPr>
      <w:t xml:space="preserve">   •   </w:t>
    </w:r>
    <w:r>
      <w:rPr>
        <w:color w:val="001A70"/>
        <w:sz w:val="17"/>
      </w:rPr>
      <w:t>EDUCATION</w:t>
    </w:r>
    <w:r>
      <w:rPr>
        <w:color w:val="D4AF37"/>
        <w:sz w:val="17"/>
      </w:rPr>
      <w:t xml:space="preserve">   •   </w:t>
    </w:r>
    <w:r>
      <w:rPr>
        <w:color w:val="001A70"/>
        <w:sz w:val="17"/>
      </w:rPr>
      <w:t>ADVOCACY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313E5" w14:textId="77777777" w:rsidR="00435855" w:rsidRDefault="00435855">
      <w:pPr>
        <w:spacing w:after="0" w:line="240" w:lineRule="auto"/>
      </w:pPr>
      <w:r>
        <w:separator/>
      </w:r>
    </w:p>
  </w:footnote>
  <w:footnote w:type="continuationSeparator" w:id="0">
    <w:p w14:paraId="513421A9" w14:textId="77777777" w:rsidR="00435855" w:rsidRDefault="004358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7150" w14:textId="690BEFAD" w:rsidR="00EC20AF" w:rsidRDefault="00A77F59">
    <w:pPr>
      <w:pStyle w:val="Header"/>
      <w:spacing w:after="80"/>
      <w:jc w:val="center"/>
    </w:pPr>
    <w:r>
      <w:rPr>
        <w:noProof/>
      </w:rPr>
      <w:drawing>
        <wp:inline distT="0" distB="0" distL="0" distR="0" wp14:anchorId="41212AD2" wp14:editId="2CDCDAD6">
          <wp:extent cx="2552921" cy="1275947"/>
          <wp:effectExtent l="0" t="0" r="0" b="0"/>
          <wp:docPr id="5029008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8740" cy="1288851"/>
                  </a:xfrm>
                  <a:prstGeom prst="rect">
                    <a:avLst/>
                  </a:prstGeom>
                  <a:noFill/>
                  <a:ln>
                    <a:noFill/>
                  </a:ln>
                </pic:spPr>
              </pic:pic>
            </a:graphicData>
          </a:graphic>
        </wp:inline>
      </w:drawing>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672"/>
      <w:gridCol w:w="1843"/>
      <w:gridCol w:w="2131"/>
      <w:gridCol w:w="1944"/>
    </w:tblGrid>
    <w:tr w:rsidR="00EC20AF" w14:paraId="7C768333" w14:textId="77777777">
      <w:trPr>
        <w:jc w:val="center"/>
      </w:trPr>
      <w:tc>
        <w:tcPr>
          <w:tcW w:w="3672" w:type="dxa"/>
          <w:tcMar>
            <w:top w:w="20" w:type="dxa"/>
            <w:left w:w="40" w:type="dxa"/>
            <w:bottom w:w="20" w:type="dxa"/>
            <w:right w:w="40" w:type="dxa"/>
          </w:tcMar>
          <w:vAlign w:val="center"/>
        </w:tcPr>
        <w:p w14:paraId="7B84F6B5" w14:textId="618CFFF7" w:rsidR="00EC20AF" w:rsidRDefault="0032584B">
          <w:pPr>
            <w:spacing w:after="0"/>
            <w:jc w:val="center"/>
          </w:pPr>
          <w:r>
            <w:rPr>
              <w:b/>
              <w:color w:val="001A70"/>
              <w:sz w:val="17"/>
            </w:rPr>
            <w:t>1</w:t>
          </w:r>
          <w:r w:rsidR="002267B6">
            <w:rPr>
              <w:b/>
              <w:color w:val="001A70"/>
              <w:sz w:val="17"/>
            </w:rPr>
            <w:t>500</w:t>
          </w:r>
          <w:r>
            <w:rPr>
              <w:b/>
              <w:color w:val="001A70"/>
              <w:sz w:val="17"/>
            </w:rPr>
            <w:t xml:space="preserve"> W. Main Street, Mitchell, IN 47446</w:t>
          </w:r>
        </w:p>
      </w:tc>
      <w:tc>
        <w:tcPr>
          <w:tcW w:w="1843" w:type="dxa"/>
          <w:tcMar>
            <w:top w:w="20" w:type="dxa"/>
            <w:left w:w="40" w:type="dxa"/>
            <w:bottom w:w="20" w:type="dxa"/>
            <w:right w:w="40" w:type="dxa"/>
          </w:tcMar>
          <w:vAlign w:val="center"/>
        </w:tcPr>
        <w:p w14:paraId="36F96648" w14:textId="77777777" w:rsidR="00EC20AF" w:rsidRDefault="0032584B">
          <w:pPr>
            <w:spacing w:after="0"/>
            <w:jc w:val="center"/>
          </w:pPr>
          <w:r>
            <w:rPr>
              <w:b/>
              <w:color w:val="001A70"/>
              <w:sz w:val="17"/>
            </w:rPr>
            <w:t>(812) 675-4166</w:t>
          </w:r>
        </w:p>
      </w:tc>
      <w:tc>
        <w:tcPr>
          <w:tcW w:w="2131" w:type="dxa"/>
          <w:tcMar>
            <w:top w:w="20" w:type="dxa"/>
            <w:left w:w="40" w:type="dxa"/>
            <w:bottom w:w="20" w:type="dxa"/>
            <w:right w:w="40" w:type="dxa"/>
          </w:tcMar>
          <w:vAlign w:val="center"/>
        </w:tcPr>
        <w:p w14:paraId="18D59A9F" w14:textId="77777777" w:rsidR="00EC20AF" w:rsidRDefault="0032584B">
          <w:pPr>
            <w:spacing w:after="0"/>
            <w:jc w:val="center"/>
          </w:pPr>
          <w:r>
            <w:rPr>
              <w:b/>
              <w:color w:val="001A70"/>
              <w:sz w:val="17"/>
            </w:rPr>
            <w:t>Fax: (812) 541-1585</w:t>
          </w:r>
        </w:p>
      </w:tc>
      <w:tc>
        <w:tcPr>
          <w:tcW w:w="1944" w:type="dxa"/>
          <w:tcMar>
            <w:top w:w="20" w:type="dxa"/>
            <w:left w:w="40" w:type="dxa"/>
            <w:bottom w:w="20" w:type="dxa"/>
            <w:right w:w="40" w:type="dxa"/>
          </w:tcMar>
          <w:vAlign w:val="center"/>
        </w:tcPr>
        <w:p w14:paraId="55997DA8" w14:textId="77777777" w:rsidR="00EC20AF" w:rsidRDefault="0032584B">
          <w:pPr>
            <w:spacing w:after="0"/>
            <w:jc w:val="center"/>
          </w:pPr>
          <w:r>
            <w:rPr>
              <w:b/>
              <w:color w:val="001A70"/>
              <w:sz w:val="17"/>
            </w:rPr>
            <w:t>www.siags.net</w:t>
          </w:r>
        </w:p>
      </w:tc>
    </w:tr>
  </w:tbl>
  <w:p w14:paraId="69942E51" w14:textId="77777777" w:rsidR="00EC20AF" w:rsidRDefault="00EC20AF">
    <w:pPr>
      <w:pBdr>
        <w:bottom w:val="single" w:sz="12" w:space="5" w:color="D4AF37"/>
      </w:pBdr>
      <w:spacing w:before="6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16971421">
    <w:abstractNumId w:val="8"/>
  </w:num>
  <w:num w:numId="2" w16cid:durableId="388725609">
    <w:abstractNumId w:val="6"/>
  </w:num>
  <w:num w:numId="3" w16cid:durableId="1615138455">
    <w:abstractNumId w:val="5"/>
  </w:num>
  <w:num w:numId="4" w16cid:durableId="1523127296">
    <w:abstractNumId w:val="4"/>
  </w:num>
  <w:num w:numId="5" w16cid:durableId="1241256330">
    <w:abstractNumId w:val="7"/>
  </w:num>
  <w:num w:numId="6" w16cid:durableId="1575696322">
    <w:abstractNumId w:val="3"/>
  </w:num>
  <w:num w:numId="7" w16cid:durableId="2051801591">
    <w:abstractNumId w:val="2"/>
  </w:num>
  <w:num w:numId="8" w16cid:durableId="1624918493">
    <w:abstractNumId w:val="1"/>
  </w:num>
  <w:num w:numId="9" w16cid:durableId="1194273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F0B"/>
    <w:rsid w:val="00034616"/>
    <w:rsid w:val="0006063C"/>
    <w:rsid w:val="0007243E"/>
    <w:rsid w:val="000F2E00"/>
    <w:rsid w:val="0015074B"/>
    <w:rsid w:val="001572ED"/>
    <w:rsid w:val="00166DB0"/>
    <w:rsid w:val="001E388E"/>
    <w:rsid w:val="002267B6"/>
    <w:rsid w:val="00274A60"/>
    <w:rsid w:val="0029639D"/>
    <w:rsid w:val="0032584B"/>
    <w:rsid w:val="00326F90"/>
    <w:rsid w:val="0037640B"/>
    <w:rsid w:val="00435855"/>
    <w:rsid w:val="004E3672"/>
    <w:rsid w:val="00673175"/>
    <w:rsid w:val="00687337"/>
    <w:rsid w:val="006B44FE"/>
    <w:rsid w:val="006C7205"/>
    <w:rsid w:val="00727AC8"/>
    <w:rsid w:val="007523F7"/>
    <w:rsid w:val="007A1816"/>
    <w:rsid w:val="007B35EC"/>
    <w:rsid w:val="008341F5"/>
    <w:rsid w:val="00951A3B"/>
    <w:rsid w:val="00960101"/>
    <w:rsid w:val="00A77F59"/>
    <w:rsid w:val="00A81227"/>
    <w:rsid w:val="00AA1D8D"/>
    <w:rsid w:val="00AA79C7"/>
    <w:rsid w:val="00B47730"/>
    <w:rsid w:val="00BA0293"/>
    <w:rsid w:val="00BF44DE"/>
    <w:rsid w:val="00CB0664"/>
    <w:rsid w:val="00CE00C7"/>
    <w:rsid w:val="00DB07E3"/>
    <w:rsid w:val="00DF14E7"/>
    <w:rsid w:val="00E45D63"/>
    <w:rsid w:val="00E56F4B"/>
    <w:rsid w:val="00EC20AF"/>
    <w:rsid w:val="00F222B2"/>
    <w:rsid w:val="00FC693F"/>
    <w:rsid w:val="00FE26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BA2663"/>
  <w14:defaultImageDpi w14:val="300"/>
  <w15:docId w15:val="{2F915030-511C-419E-9B39-EE492BBCF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E3672"/>
    <w:rPr>
      <w:color w:val="0000FF" w:themeColor="hyperlink"/>
      <w:u w:val="single"/>
    </w:rPr>
  </w:style>
  <w:style w:type="character" w:styleId="UnresolvedMention">
    <w:name w:val="Unresolved Mention"/>
    <w:basedOn w:val="DefaultParagraphFont"/>
    <w:uiPriority w:val="99"/>
    <w:semiHidden/>
    <w:unhideWhenUsed/>
    <w:rsid w:val="004E36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h@siag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Pages>
  <Words>1484</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SIAGS Letterhead Template</dc:title>
  <dc:subject>Southern Indiana Adult Guardianship Services Letterhead</dc:subject>
  <dc:creator>Southern Indiana Adult Guardianship Services</dc:creator>
  <cp:keywords/>
  <dc:description>generated by python-docx</dc:description>
  <cp:lastModifiedBy>Sarah Walker</cp:lastModifiedBy>
  <cp:revision>28</cp:revision>
  <cp:lastPrinted>2026-09-21T20:10:00Z</cp:lastPrinted>
  <dcterms:created xsi:type="dcterms:W3CDTF">2026-09-02T17:02:00Z</dcterms:created>
  <dcterms:modified xsi:type="dcterms:W3CDTF">2026-10-14T17:49:00Z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68abc1d7-e829-45af-b660-3a3ec2e30462</vt:lpwstr>
  </property>
</Properties>
</file>